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9D442" w14:textId="77777777" w:rsidR="00D2246C" w:rsidRPr="008B2285" w:rsidRDefault="00F34DE2">
      <w:pPr>
        <w:jc w:val="center"/>
        <w:rPr>
          <w:sz w:val="24"/>
          <w:szCs w:val="36"/>
        </w:rPr>
      </w:pPr>
      <w:r w:rsidRPr="008B2285">
        <w:rPr>
          <w:b/>
          <w:color w:val="0B4A8B"/>
          <w:sz w:val="40"/>
          <w:szCs w:val="36"/>
        </w:rPr>
        <w:t>IRZ CELJE</w:t>
      </w:r>
    </w:p>
    <w:p w14:paraId="10A0AC17" w14:textId="77777777" w:rsidR="00D2246C" w:rsidRPr="008B2285" w:rsidRDefault="00F34DE2">
      <w:pPr>
        <w:jc w:val="center"/>
        <w:rPr>
          <w:sz w:val="24"/>
          <w:szCs w:val="36"/>
        </w:rPr>
      </w:pPr>
      <w:r w:rsidRPr="008B2285">
        <w:rPr>
          <w:b/>
          <w:color w:val="666666"/>
          <w:sz w:val="28"/>
          <w:szCs w:val="36"/>
        </w:rPr>
        <w:t>Izobraževalno-reševalni zavod Celje</w:t>
      </w:r>
    </w:p>
    <w:p w14:paraId="7EF6A619" w14:textId="0377FF61" w:rsidR="00D2246C" w:rsidRPr="008B2285" w:rsidRDefault="00F34DE2">
      <w:pPr>
        <w:pBdr>
          <w:bottom w:val="single" w:sz="10" w:space="1" w:color="0B4A8B"/>
        </w:pBdr>
        <w:jc w:val="center"/>
        <w:rPr>
          <w:sz w:val="24"/>
          <w:szCs w:val="36"/>
        </w:rPr>
      </w:pPr>
      <w:r w:rsidRPr="008B2285">
        <w:rPr>
          <w:b/>
          <w:color w:val="0B4A8B"/>
          <w:sz w:val="40"/>
          <w:szCs w:val="36"/>
        </w:rPr>
        <w:t>SPONZORSKA POGODBA</w:t>
      </w:r>
      <w:r w:rsidRPr="008B2285">
        <w:rPr>
          <w:i/>
          <w:color w:val="666666"/>
          <w:sz w:val="24"/>
          <w:szCs w:val="36"/>
        </w:rPr>
        <w:br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38"/>
        <w:gridCol w:w="7143"/>
      </w:tblGrid>
      <w:tr w:rsidR="00D2246C" w:rsidRPr="008B2285" w14:paraId="19FC8831" w14:textId="77777777">
        <w:trPr>
          <w:jc w:val="center"/>
        </w:trPr>
        <w:tc>
          <w:tcPr>
            <w:tcW w:w="2438" w:type="dxa"/>
            <w:shd w:val="clear" w:color="auto" w:fill="EAF3FB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74F12AE" w14:textId="77777777" w:rsidR="00D2246C" w:rsidRPr="008B2285" w:rsidRDefault="00F34DE2">
            <w:pPr>
              <w:rPr>
                <w:sz w:val="24"/>
                <w:szCs w:val="36"/>
              </w:rPr>
            </w:pPr>
            <w:r w:rsidRPr="008B2285">
              <w:rPr>
                <w:b/>
                <w:color w:val="0B4A8B"/>
                <w:sz w:val="24"/>
                <w:szCs w:val="36"/>
              </w:rPr>
              <w:t>SPONZOR</w:t>
            </w:r>
          </w:p>
        </w:tc>
        <w:tc>
          <w:tcPr>
            <w:tcW w:w="7143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F85DE61" w14:textId="77777777" w:rsidR="008B2285" w:rsidRDefault="008B2285">
            <w:pPr>
              <w:rPr>
                <w:sz w:val="24"/>
                <w:szCs w:val="36"/>
              </w:rPr>
            </w:pPr>
          </w:p>
          <w:p w14:paraId="12E1E4F6" w14:textId="5B8DD0F6" w:rsidR="008B2285" w:rsidRDefault="00F34DE2">
            <w:pPr>
              <w:rPr>
                <w:sz w:val="24"/>
                <w:szCs w:val="36"/>
              </w:rPr>
            </w:pPr>
            <w:r w:rsidRPr="008B2285">
              <w:rPr>
                <w:sz w:val="24"/>
                <w:szCs w:val="36"/>
              </w:rPr>
              <w:t>Naziv / ime: __________________________________</w:t>
            </w:r>
            <w:r w:rsidR="008B2285">
              <w:rPr>
                <w:sz w:val="24"/>
                <w:szCs w:val="36"/>
              </w:rPr>
              <w:t>__________</w:t>
            </w:r>
            <w:r w:rsidRPr="008B2285">
              <w:rPr>
                <w:sz w:val="24"/>
                <w:szCs w:val="36"/>
              </w:rPr>
              <w:t>________</w:t>
            </w:r>
            <w:r w:rsidRPr="008B2285">
              <w:rPr>
                <w:sz w:val="24"/>
                <w:szCs w:val="36"/>
              </w:rPr>
              <w:br/>
            </w:r>
          </w:p>
          <w:p w14:paraId="298E2EC5" w14:textId="71A5FADF" w:rsidR="008B2285" w:rsidRDefault="00F34DE2">
            <w:pPr>
              <w:rPr>
                <w:sz w:val="24"/>
                <w:szCs w:val="36"/>
              </w:rPr>
            </w:pPr>
            <w:r w:rsidRPr="008B2285">
              <w:rPr>
                <w:sz w:val="24"/>
                <w:szCs w:val="36"/>
              </w:rPr>
              <w:t>Naslov: ______________________________________</w:t>
            </w:r>
            <w:r w:rsidR="008B2285">
              <w:rPr>
                <w:sz w:val="24"/>
                <w:szCs w:val="36"/>
              </w:rPr>
              <w:t>______</w:t>
            </w:r>
            <w:r w:rsidRPr="008B2285">
              <w:rPr>
                <w:sz w:val="24"/>
                <w:szCs w:val="36"/>
              </w:rPr>
              <w:t>________</w:t>
            </w:r>
            <w:r w:rsidRPr="008B2285">
              <w:rPr>
                <w:sz w:val="24"/>
                <w:szCs w:val="36"/>
              </w:rPr>
              <w:br/>
            </w:r>
          </w:p>
          <w:p w14:paraId="2BF9E210" w14:textId="740347B2" w:rsidR="008B2285" w:rsidRDefault="00F34DE2">
            <w:pPr>
              <w:rPr>
                <w:sz w:val="24"/>
                <w:szCs w:val="36"/>
              </w:rPr>
            </w:pPr>
            <w:r w:rsidRPr="008B2285">
              <w:rPr>
                <w:sz w:val="24"/>
                <w:szCs w:val="36"/>
              </w:rPr>
              <w:t>Davčna št. / ID za DDV: ________________________</w:t>
            </w:r>
            <w:r w:rsidR="008B2285">
              <w:rPr>
                <w:sz w:val="24"/>
                <w:szCs w:val="36"/>
              </w:rPr>
              <w:t>______________________</w:t>
            </w:r>
            <w:r w:rsidRPr="008B2285">
              <w:rPr>
                <w:sz w:val="24"/>
                <w:szCs w:val="36"/>
              </w:rPr>
              <w:t>______</w:t>
            </w:r>
            <w:r w:rsidRPr="008B2285">
              <w:rPr>
                <w:sz w:val="24"/>
                <w:szCs w:val="36"/>
              </w:rPr>
              <w:br/>
            </w:r>
          </w:p>
          <w:p w14:paraId="0F8C71F5" w14:textId="4EA50692" w:rsidR="00D2246C" w:rsidRPr="008B2285" w:rsidRDefault="00F34DE2">
            <w:pPr>
              <w:rPr>
                <w:sz w:val="24"/>
                <w:szCs w:val="36"/>
              </w:rPr>
            </w:pPr>
            <w:r w:rsidRPr="008B2285">
              <w:rPr>
                <w:sz w:val="24"/>
                <w:szCs w:val="36"/>
              </w:rPr>
              <w:t>Zastopnik: ___________________________________________</w:t>
            </w:r>
          </w:p>
        </w:tc>
      </w:tr>
      <w:tr w:rsidR="00D2246C" w:rsidRPr="008B2285" w14:paraId="334E8638" w14:textId="77777777">
        <w:trPr>
          <w:jc w:val="center"/>
        </w:trPr>
        <w:tc>
          <w:tcPr>
            <w:tcW w:w="2438" w:type="dxa"/>
            <w:shd w:val="clear" w:color="auto" w:fill="EAF3FB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8017E85" w14:textId="77777777" w:rsidR="00D2246C" w:rsidRPr="008B2285" w:rsidRDefault="00F34DE2">
            <w:pPr>
              <w:rPr>
                <w:sz w:val="24"/>
                <w:szCs w:val="36"/>
              </w:rPr>
            </w:pPr>
            <w:r w:rsidRPr="008B2285">
              <w:rPr>
                <w:b/>
                <w:color w:val="0B4A8B"/>
                <w:sz w:val="24"/>
                <w:szCs w:val="36"/>
              </w:rPr>
              <w:t>PREJEMNIK</w:t>
            </w:r>
          </w:p>
        </w:tc>
        <w:tc>
          <w:tcPr>
            <w:tcW w:w="7143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85200D2" w14:textId="77777777" w:rsidR="008B2285" w:rsidRDefault="008B2285">
            <w:pPr>
              <w:rPr>
                <w:sz w:val="24"/>
                <w:szCs w:val="36"/>
              </w:rPr>
            </w:pPr>
          </w:p>
          <w:p w14:paraId="3C5F6911" w14:textId="5D8166CF" w:rsidR="00D2246C" w:rsidRPr="008B2285" w:rsidRDefault="00F34DE2">
            <w:pPr>
              <w:rPr>
                <w:sz w:val="24"/>
                <w:szCs w:val="36"/>
              </w:rPr>
            </w:pPr>
            <w:r w:rsidRPr="008B2285">
              <w:rPr>
                <w:sz w:val="24"/>
                <w:szCs w:val="36"/>
              </w:rPr>
              <w:t>I</w:t>
            </w:r>
            <w:r w:rsidRPr="008B2285">
              <w:rPr>
                <w:sz w:val="24"/>
                <w:szCs w:val="36"/>
              </w:rPr>
              <w:t>zobraževalno-reševalni zavod Celje (IRZ Celje)</w:t>
            </w:r>
            <w:r w:rsidRPr="008B2285">
              <w:rPr>
                <w:sz w:val="24"/>
                <w:szCs w:val="36"/>
              </w:rPr>
              <w:br/>
              <w:t>Na okopih 2B, 3000 Celje</w:t>
            </w:r>
            <w:r w:rsidRPr="008B2285">
              <w:rPr>
                <w:sz w:val="24"/>
                <w:szCs w:val="36"/>
              </w:rPr>
              <w:br/>
              <w:t>Davčna št.: 72154748 | Matična št.: 9064753000</w:t>
            </w:r>
            <w:r w:rsidRPr="008B2285">
              <w:rPr>
                <w:sz w:val="24"/>
                <w:szCs w:val="36"/>
              </w:rPr>
              <w:br/>
            </w:r>
            <w:r w:rsidRPr="008B2285">
              <w:rPr>
                <w:sz w:val="24"/>
                <w:szCs w:val="36"/>
              </w:rPr>
              <w:t>Zakoniti zastopnik: Robert Jurović</w:t>
            </w:r>
          </w:p>
        </w:tc>
      </w:tr>
    </w:tbl>
    <w:p w14:paraId="667FF266" w14:textId="77777777" w:rsidR="00D2246C" w:rsidRPr="008B2285" w:rsidRDefault="00D2246C">
      <w:pPr>
        <w:rPr>
          <w:sz w:val="24"/>
          <w:szCs w:val="36"/>
        </w:rPr>
      </w:pPr>
    </w:p>
    <w:p w14:paraId="55832E03" w14:textId="77777777" w:rsidR="00D2246C" w:rsidRPr="008B2285" w:rsidRDefault="00F34DE2">
      <w:pPr>
        <w:pStyle w:val="Naslov1"/>
        <w:rPr>
          <w:sz w:val="32"/>
          <w:szCs w:val="44"/>
        </w:rPr>
      </w:pPr>
      <w:r w:rsidRPr="008B2285">
        <w:rPr>
          <w:sz w:val="32"/>
          <w:szCs w:val="44"/>
        </w:rPr>
        <w:t>1. člen - Predmet pogodbe</w:t>
      </w:r>
    </w:p>
    <w:p w14:paraId="248905B4" w14:textId="77777777" w:rsidR="00D2246C" w:rsidRDefault="00F34DE2">
      <w:pPr>
        <w:rPr>
          <w:sz w:val="24"/>
          <w:szCs w:val="36"/>
        </w:rPr>
      </w:pPr>
      <w:r w:rsidRPr="008B2285">
        <w:rPr>
          <w:sz w:val="24"/>
          <w:szCs w:val="36"/>
        </w:rPr>
        <w:t>Predmet te pogodbe je sponzorsko sodelovanje, pri katerem SPONZOR zagotovi finančno, materialno ali drugo podporo, IRZ Celje pa v zameno zagotovi dogovorjene promocijske oziroma komunikacijske protiusluge.</w:t>
      </w:r>
    </w:p>
    <w:p w14:paraId="5F3B3EDC" w14:textId="77777777" w:rsidR="008B2285" w:rsidRPr="008B2285" w:rsidRDefault="008B2285">
      <w:pPr>
        <w:rPr>
          <w:sz w:val="24"/>
          <w:szCs w:val="36"/>
        </w:rPr>
      </w:pPr>
    </w:p>
    <w:p w14:paraId="37AC9159" w14:textId="77777777" w:rsidR="00D2246C" w:rsidRPr="008B2285" w:rsidRDefault="00F34DE2">
      <w:pPr>
        <w:pStyle w:val="Naslov1"/>
        <w:rPr>
          <w:sz w:val="32"/>
          <w:szCs w:val="44"/>
        </w:rPr>
      </w:pPr>
      <w:r w:rsidRPr="008B2285">
        <w:rPr>
          <w:sz w:val="32"/>
          <w:szCs w:val="44"/>
        </w:rPr>
        <w:t>2. člen - Sponzorski prispevek</w:t>
      </w:r>
    </w:p>
    <w:p w14:paraId="0DB3F348" w14:textId="77777777" w:rsidR="008B2285" w:rsidRDefault="00F34DE2">
      <w:pPr>
        <w:rPr>
          <w:sz w:val="24"/>
          <w:szCs w:val="36"/>
        </w:rPr>
      </w:pPr>
      <w:r w:rsidRPr="008B2285">
        <w:rPr>
          <w:sz w:val="24"/>
          <w:szCs w:val="36"/>
        </w:rPr>
        <w:t>SPONZOR zagotovi:  □ finančni prispevek  □ material / opremo  □ storitev</w:t>
      </w:r>
      <w:r w:rsidRPr="008B2285">
        <w:rPr>
          <w:sz w:val="24"/>
          <w:szCs w:val="36"/>
        </w:rPr>
        <w:br/>
      </w:r>
      <w:r w:rsidRPr="008B2285">
        <w:rPr>
          <w:sz w:val="24"/>
          <w:szCs w:val="36"/>
        </w:rPr>
        <w:br/>
        <w:t>Opis prispevka: ______________________________________________________________________</w:t>
      </w:r>
      <w:r w:rsidRPr="008B2285">
        <w:rPr>
          <w:sz w:val="24"/>
          <w:szCs w:val="36"/>
        </w:rPr>
        <w:br/>
      </w:r>
    </w:p>
    <w:p w14:paraId="580656DE" w14:textId="77777777" w:rsidR="008B2285" w:rsidRDefault="00F34DE2">
      <w:pPr>
        <w:rPr>
          <w:sz w:val="24"/>
          <w:szCs w:val="36"/>
        </w:rPr>
      </w:pPr>
      <w:r w:rsidRPr="008B2285">
        <w:rPr>
          <w:sz w:val="24"/>
          <w:szCs w:val="36"/>
        </w:rPr>
        <w:t>Vrednost: __________________ EUR.</w:t>
      </w:r>
      <w:r w:rsidRPr="008B2285">
        <w:rPr>
          <w:sz w:val="24"/>
          <w:szCs w:val="36"/>
        </w:rPr>
        <w:br/>
      </w:r>
    </w:p>
    <w:p w14:paraId="7250DDB1" w14:textId="42C90882" w:rsidR="00D2246C" w:rsidRDefault="00F34DE2">
      <w:pPr>
        <w:rPr>
          <w:sz w:val="24"/>
          <w:szCs w:val="36"/>
        </w:rPr>
      </w:pPr>
      <w:r w:rsidRPr="008B2285">
        <w:rPr>
          <w:sz w:val="24"/>
          <w:szCs w:val="36"/>
        </w:rPr>
        <w:t>Rok oziroma dinamika zagotovitve: ___________________________________________</w:t>
      </w:r>
      <w:r w:rsidR="008B2285">
        <w:rPr>
          <w:sz w:val="24"/>
          <w:szCs w:val="36"/>
        </w:rPr>
        <w:t>________________</w:t>
      </w:r>
      <w:r w:rsidRPr="008B2285">
        <w:rPr>
          <w:sz w:val="24"/>
          <w:szCs w:val="36"/>
        </w:rPr>
        <w:t>___________.</w:t>
      </w:r>
    </w:p>
    <w:p w14:paraId="16ACB585" w14:textId="77777777" w:rsidR="008B2285" w:rsidRPr="008B2285" w:rsidRDefault="008B2285">
      <w:pPr>
        <w:rPr>
          <w:sz w:val="24"/>
          <w:szCs w:val="36"/>
        </w:rPr>
      </w:pPr>
    </w:p>
    <w:p w14:paraId="2355D1C1" w14:textId="77777777" w:rsidR="00D2246C" w:rsidRPr="008B2285" w:rsidRDefault="00F34DE2">
      <w:pPr>
        <w:pStyle w:val="Naslov1"/>
        <w:rPr>
          <w:sz w:val="32"/>
          <w:szCs w:val="44"/>
        </w:rPr>
      </w:pPr>
      <w:r w:rsidRPr="008B2285">
        <w:rPr>
          <w:sz w:val="32"/>
          <w:szCs w:val="44"/>
        </w:rPr>
        <w:t>3. člen - Obveznosti IRZ Celje</w:t>
      </w:r>
    </w:p>
    <w:p w14:paraId="2E5C95BB" w14:textId="6E1CB644" w:rsidR="00D2246C" w:rsidRPr="008B2285" w:rsidRDefault="00F34DE2">
      <w:pPr>
        <w:rPr>
          <w:sz w:val="24"/>
          <w:szCs w:val="36"/>
        </w:rPr>
      </w:pPr>
      <w:r w:rsidRPr="008B2285">
        <w:rPr>
          <w:sz w:val="24"/>
          <w:szCs w:val="36"/>
        </w:rPr>
        <w:t>IRZ Celje SPONZORJU zagotovi naslednje dogovorjene protiusluge (označite oziroma dopolnite):</w:t>
      </w:r>
      <w:r w:rsidRPr="008B2285">
        <w:rPr>
          <w:sz w:val="24"/>
          <w:szCs w:val="36"/>
        </w:rPr>
        <w:br/>
        <w:t>□ objava logotipa na spletni strani IRZ Celje</w:t>
      </w:r>
      <w:r w:rsidRPr="008B2285">
        <w:rPr>
          <w:sz w:val="24"/>
          <w:szCs w:val="36"/>
        </w:rPr>
        <w:br/>
        <w:t>□ omemba v objavah in promocijskih gradivih</w:t>
      </w:r>
      <w:r w:rsidRPr="008B2285">
        <w:rPr>
          <w:sz w:val="24"/>
          <w:szCs w:val="36"/>
        </w:rPr>
        <w:br/>
        <w:t>□ predstavitev na dogodku / projektu: _________________________________________________</w:t>
      </w:r>
      <w:r w:rsidRPr="008B2285">
        <w:rPr>
          <w:sz w:val="24"/>
          <w:szCs w:val="36"/>
        </w:rPr>
        <w:br/>
        <w:t>□ vključitev logotipa na izbranih tiskovinah ali digitalnih gradivih</w:t>
      </w:r>
      <w:r w:rsidRPr="008B2285">
        <w:rPr>
          <w:sz w:val="24"/>
          <w:szCs w:val="36"/>
        </w:rPr>
        <w:br/>
      </w:r>
      <w:r w:rsidRPr="008B2285">
        <w:rPr>
          <w:sz w:val="24"/>
          <w:szCs w:val="36"/>
        </w:rPr>
        <w:t>□ druga dogovorjena protiusluga: _________________________________________</w:t>
      </w:r>
      <w:r w:rsidR="008B2285">
        <w:rPr>
          <w:sz w:val="24"/>
          <w:szCs w:val="36"/>
        </w:rPr>
        <w:t>_________________________</w:t>
      </w:r>
      <w:r w:rsidRPr="008B2285">
        <w:rPr>
          <w:sz w:val="24"/>
          <w:szCs w:val="36"/>
        </w:rPr>
        <w:t>_____________.</w:t>
      </w:r>
    </w:p>
    <w:p w14:paraId="30E8FEC0" w14:textId="77777777" w:rsidR="00D2246C" w:rsidRPr="008B2285" w:rsidRDefault="00F34DE2">
      <w:pPr>
        <w:pStyle w:val="Naslov1"/>
        <w:rPr>
          <w:sz w:val="32"/>
          <w:szCs w:val="44"/>
        </w:rPr>
      </w:pPr>
      <w:r w:rsidRPr="008B2285">
        <w:rPr>
          <w:sz w:val="32"/>
          <w:szCs w:val="44"/>
        </w:rPr>
        <w:lastRenderedPageBreak/>
        <w:t>4. člen - Uporaba imena in logotipa</w:t>
      </w:r>
    </w:p>
    <w:p w14:paraId="7581E117" w14:textId="77777777" w:rsidR="00D2246C" w:rsidRDefault="00F34DE2">
      <w:pPr>
        <w:rPr>
          <w:sz w:val="24"/>
          <w:szCs w:val="36"/>
        </w:rPr>
      </w:pPr>
      <w:r w:rsidRPr="008B2285">
        <w:rPr>
          <w:sz w:val="24"/>
          <w:szCs w:val="36"/>
        </w:rPr>
        <w:t>SPONZOR dovoljuje IRZ Celje uporabo svojega imena in logotipa izključno za izvajanje dogovorjenih promocijskih aktivnosti. IRZ Celje bo pri uporabi spoštoval prejeta navodila in grafične standarde SPONZORJA.</w:t>
      </w:r>
    </w:p>
    <w:p w14:paraId="538E18A6" w14:textId="77777777" w:rsidR="008B2285" w:rsidRPr="008B2285" w:rsidRDefault="008B2285">
      <w:pPr>
        <w:rPr>
          <w:sz w:val="24"/>
          <w:szCs w:val="36"/>
        </w:rPr>
      </w:pPr>
    </w:p>
    <w:p w14:paraId="12A52B4A" w14:textId="77777777" w:rsidR="00D2246C" w:rsidRPr="008B2285" w:rsidRDefault="00F34DE2">
      <w:pPr>
        <w:pStyle w:val="Naslov1"/>
        <w:rPr>
          <w:sz w:val="32"/>
          <w:szCs w:val="44"/>
        </w:rPr>
      </w:pPr>
      <w:r w:rsidRPr="008B2285">
        <w:rPr>
          <w:sz w:val="32"/>
          <w:szCs w:val="44"/>
        </w:rPr>
        <w:t>5. člen - Plačilo in račun</w:t>
      </w:r>
    </w:p>
    <w:p w14:paraId="657A7A24" w14:textId="77777777" w:rsidR="00D2246C" w:rsidRDefault="00F34DE2">
      <w:pPr>
        <w:rPr>
          <w:sz w:val="24"/>
          <w:szCs w:val="36"/>
        </w:rPr>
      </w:pPr>
      <w:r w:rsidRPr="008B2285">
        <w:rPr>
          <w:sz w:val="24"/>
          <w:szCs w:val="36"/>
        </w:rPr>
        <w:t>Finančni sponzorski prispevek se nakaže na IBAN IRZ Celje: SI56 0284 3026 4766 724, v roku ____________________. IRZ Celje bo za sponzorsko storitev izdal ustrezen račun oziroma drug računovodski dokument v skladu z veljavnimi predpisi. DDV se obračuna, če je IRZ Celje po veljavnih predpisih dolžan obračunati DDV.</w:t>
      </w:r>
    </w:p>
    <w:p w14:paraId="7A5B763E" w14:textId="77777777" w:rsidR="008B2285" w:rsidRPr="008B2285" w:rsidRDefault="008B2285">
      <w:pPr>
        <w:rPr>
          <w:sz w:val="24"/>
          <w:szCs w:val="36"/>
        </w:rPr>
      </w:pPr>
    </w:p>
    <w:p w14:paraId="26ACA320" w14:textId="77777777" w:rsidR="00D2246C" w:rsidRPr="008B2285" w:rsidRDefault="00F34DE2">
      <w:pPr>
        <w:pStyle w:val="Naslov1"/>
        <w:rPr>
          <w:sz w:val="32"/>
          <w:szCs w:val="44"/>
        </w:rPr>
      </w:pPr>
      <w:r w:rsidRPr="008B2285">
        <w:rPr>
          <w:sz w:val="32"/>
          <w:szCs w:val="44"/>
        </w:rPr>
        <w:t>6. člen - Trajanje in izvedba</w:t>
      </w:r>
    </w:p>
    <w:p w14:paraId="47FAD99E" w14:textId="77777777" w:rsidR="00D2246C" w:rsidRDefault="00F34DE2">
      <w:pPr>
        <w:rPr>
          <w:sz w:val="24"/>
          <w:szCs w:val="36"/>
        </w:rPr>
      </w:pPr>
      <w:r w:rsidRPr="008B2285">
        <w:rPr>
          <w:sz w:val="24"/>
          <w:szCs w:val="36"/>
        </w:rPr>
        <w:t>Sodelovanje traja od ____________________ do ____________________. Stranki bosta dogovorjene aktivnosti izvajali skrbno in se sproti usklajevali glede terminov, vsebin in objav.</w:t>
      </w:r>
    </w:p>
    <w:p w14:paraId="609EB699" w14:textId="77777777" w:rsidR="008B2285" w:rsidRPr="008B2285" w:rsidRDefault="008B2285">
      <w:pPr>
        <w:rPr>
          <w:sz w:val="24"/>
          <w:szCs w:val="36"/>
        </w:rPr>
      </w:pPr>
    </w:p>
    <w:p w14:paraId="7D7B57D0" w14:textId="77777777" w:rsidR="00D2246C" w:rsidRPr="008B2285" w:rsidRDefault="00F34DE2">
      <w:pPr>
        <w:pStyle w:val="Naslov1"/>
        <w:rPr>
          <w:sz w:val="32"/>
          <w:szCs w:val="44"/>
        </w:rPr>
      </w:pPr>
      <w:r w:rsidRPr="008B2285">
        <w:rPr>
          <w:sz w:val="32"/>
          <w:szCs w:val="44"/>
        </w:rPr>
        <w:t>7. člen - Odpoved in kršitve</w:t>
      </w:r>
    </w:p>
    <w:p w14:paraId="7FE4C975" w14:textId="77777777" w:rsidR="00D2246C" w:rsidRDefault="00F34DE2">
      <w:pPr>
        <w:rPr>
          <w:sz w:val="24"/>
          <w:szCs w:val="36"/>
        </w:rPr>
      </w:pPr>
      <w:r w:rsidRPr="008B2285">
        <w:rPr>
          <w:sz w:val="24"/>
          <w:szCs w:val="36"/>
        </w:rPr>
        <w:t>Če katera stranka bistveno krši pogodbo in kršitve ne odpravi v primernem roku po pisnem opozorilu, lahko druga stranka pogodbo odpove. Stranki se pred odpovedjo praviloma poskušata sporazumno dogovoriti o odpravi težave.</w:t>
      </w:r>
    </w:p>
    <w:p w14:paraId="1BC63935" w14:textId="77777777" w:rsidR="008B2285" w:rsidRPr="008B2285" w:rsidRDefault="008B2285">
      <w:pPr>
        <w:rPr>
          <w:sz w:val="24"/>
          <w:szCs w:val="36"/>
        </w:rPr>
      </w:pPr>
    </w:p>
    <w:p w14:paraId="07119A4C" w14:textId="77777777" w:rsidR="00D2246C" w:rsidRPr="008B2285" w:rsidRDefault="00F34DE2">
      <w:pPr>
        <w:pStyle w:val="Naslov1"/>
        <w:rPr>
          <w:sz w:val="32"/>
          <w:szCs w:val="44"/>
        </w:rPr>
      </w:pPr>
      <w:r w:rsidRPr="008B2285">
        <w:rPr>
          <w:sz w:val="32"/>
          <w:szCs w:val="44"/>
        </w:rPr>
        <w:t>8. člen - Končne določbe</w:t>
      </w:r>
    </w:p>
    <w:p w14:paraId="495914C6" w14:textId="77777777" w:rsidR="00D2246C" w:rsidRDefault="00F34DE2">
      <w:pPr>
        <w:rPr>
          <w:sz w:val="24"/>
          <w:szCs w:val="36"/>
        </w:rPr>
      </w:pPr>
      <w:r w:rsidRPr="008B2285">
        <w:rPr>
          <w:sz w:val="24"/>
          <w:szCs w:val="36"/>
        </w:rPr>
        <w:t>Pogodba začne veljati z dnem podpisa obeh strank. Spremembe in dopolnitve so veljavne v pisni obliki. Pogodba je sestavljena v dveh enakih izvodih, od katerih vsaka stranka prejme po en izvod. Morebitne spore bosta stranki reševali sporazumno, če to ne bo mogoče, pa pred stvarno pristojnim sodiščem v Celju.</w:t>
      </w:r>
    </w:p>
    <w:p w14:paraId="326CED70" w14:textId="77777777" w:rsidR="008B2285" w:rsidRDefault="008B2285">
      <w:pPr>
        <w:rPr>
          <w:sz w:val="24"/>
          <w:szCs w:val="36"/>
        </w:rPr>
      </w:pPr>
    </w:p>
    <w:p w14:paraId="3102951F" w14:textId="77777777" w:rsidR="008B2285" w:rsidRDefault="008B2285">
      <w:pPr>
        <w:rPr>
          <w:sz w:val="24"/>
          <w:szCs w:val="36"/>
        </w:rPr>
      </w:pPr>
    </w:p>
    <w:p w14:paraId="147C5795" w14:textId="77777777" w:rsidR="008B2285" w:rsidRDefault="008B2285">
      <w:pPr>
        <w:rPr>
          <w:sz w:val="24"/>
          <w:szCs w:val="36"/>
        </w:rPr>
      </w:pPr>
    </w:p>
    <w:p w14:paraId="747B0936" w14:textId="77777777" w:rsidR="008B2285" w:rsidRPr="008B2285" w:rsidRDefault="008B2285">
      <w:pPr>
        <w:rPr>
          <w:sz w:val="24"/>
          <w:szCs w:val="36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5"/>
        <w:gridCol w:w="4535"/>
      </w:tblGrid>
      <w:tr w:rsidR="00D2246C" w:rsidRPr="008B2285" w14:paraId="5BA678BC" w14:textId="77777777">
        <w:trPr>
          <w:jc w:val="center"/>
        </w:trPr>
        <w:tc>
          <w:tcPr>
            <w:tcW w:w="4535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97ECE7C" w14:textId="77777777" w:rsidR="00D2246C" w:rsidRPr="008B2285" w:rsidRDefault="00F34DE2">
            <w:pPr>
              <w:jc w:val="center"/>
              <w:rPr>
                <w:sz w:val="24"/>
                <w:szCs w:val="36"/>
              </w:rPr>
            </w:pPr>
            <w:r w:rsidRPr="008B2285">
              <w:rPr>
                <w:b/>
                <w:sz w:val="24"/>
                <w:szCs w:val="36"/>
              </w:rPr>
              <w:t>SPONZOR</w:t>
            </w:r>
          </w:p>
        </w:tc>
        <w:tc>
          <w:tcPr>
            <w:tcW w:w="4535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0C47418" w14:textId="77777777" w:rsidR="00D2246C" w:rsidRPr="008B2285" w:rsidRDefault="00F34DE2">
            <w:pPr>
              <w:jc w:val="center"/>
              <w:rPr>
                <w:sz w:val="24"/>
                <w:szCs w:val="36"/>
              </w:rPr>
            </w:pPr>
            <w:r w:rsidRPr="008B2285">
              <w:rPr>
                <w:b/>
                <w:sz w:val="24"/>
                <w:szCs w:val="36"/>
              </w:rPr>
              <w:t>IRZ CELJE</w:t>
            </w:r>
          </w:p>
        </w:tc>
      </w:tr>
      <w:tr w:rsidR="00D2246C" w:rsidRPr="008B2285" w14:paraId="714633B0" w14:textId="77777777">
        <w:trPr>
          <w:jc w:val="center"/>
        </w:trPr>
        <w:tc>
          <w:tcPr>
            <w:tcW w:w="4535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C72B118" w14:textId="77777777" w:rsidR="00D2246C" w:rsidRPr="008B2285" w:rsidRDefault="00F34DE2">
            <w:pPr>
              <w:jc w:val="center"/>
              <w:rPr>
                <w:sz w:val="24"/>
                <w:szCs w:val="36"/>
              </w:rPr>
            </w:pPr>
            <w:r w:rsidRPr="008B2285">
              <w:rPr>
                <w:sz w:val="24"/>
                <w:szCs w:val="36"/>
              </w:rPr>
              <w:t>Kraj in datum: __________________________</w:t>
            </w:r>
          </w:p>
        </w:tc>
        <w:tc>
          <w:tcPr>
            <w:tcW w:w="4535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700B5AA" w14:textId="77777777" w:rsidR="00D2246C" w:rsidRPr="008B2285" w:rsidRDefault="00F34DE2">
            <w:pPr>
              <w:jc w:val="center"/>
              <w:rPr>
                <w:sz w:val="24"/>
                <w:szCs w:val="36"/>
              </w:rPr>
            </w:pPr>
            <w:r w:rsidRPr="008B2285">
              <w:rPr>
                <w:sz w:val="24"/>
                <w:szCs w:val="36"/>
              </w:rPr>
              <w:t>Kraj in datum: __________________________</w:t>
            </w:r>
          </w:p>
        </w:tc>
      </w:tr>
      <w:tr w:rsidR="00D2246C" w:rsidRPr="008B2285" w14:paraId="2803E264" w14:textId="77777777">
        <w:trPr>
          <w:jc w:val="center"/>
        </w:trPr>
        <w:tc>
          <w:tcPr>
            <w:tcW w:w="4535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D39EDBC" w14:textId="77777777" w:rsidR="00D2246C" w:rsidRPr="008B2285" w:rsidRDefault="00F34DE2">
            <w:pPr>
              <w:jc w:val="center"/>
              <w:rPr>
                <w:sz w:val="24"/>
                <w:szCs w:val="36"/>
              </w:rPr>
            </w:pPr>
            <w:r w:rsidRPr="008B2285">
              <w:rPr>
                <w:sz w:val="24"/>
                <w:szCs w:val="36"/>
              </w:rPr>
              <w:t>Ime in priimek: ________________________</w:t>
            </w:r>
          </w:p>
        </w:tc>
        <w:tc>
          <w:tcPr>
            <w:tcW w:w="4535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2621672" w14:textId="77777777" w:rsidR="00D2246C" w:rsidRPr="008B2285" w:rsidRDefault="00F34DE2">
            <w:pPr>
              <w:jc w:val="center"/>
              <w:rPr>
                <w:sz w:val="24"/>
                <w:szCs w:val="36"/>
              </w:rPr>
            </w:pPr>
            <w:r w:rsidRPr="008B2285">
              <w:rPr>
                <w:sz w:val="24"/>
                <w:szCs w:val="36"/>
              </w:rPr>
              <w:t>Robert Jurović</w:t>
            </w:r>
          </w:p>
        </w:tc>
      </w:tr>
      <w:tr w:rsidR="00D2246C" w:rsidRPr="008B2285" w14:paraId="69F53877" w14:textId="77777777">
        <w:trPr>
          <w:jc w:val="center"/>
        </w:trPr>
        <w:tc>
          <w:tcPr>
            <w:tcW w:w="4535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810DB0A" w14:textId="77777777" w:rsidR="00D2246C" w:rsidRPr="008B2285" w:rsidRDefault="00F34DE2">
            <w:pPr>
              <w:jc w:val="center"/>
              <w:rPr>
                <w:sz w:val="24"/>
                <w:szCs w:val="36"/>
              </w:rPr>
            </w:pPr>
            <w:r w:rsidRPr="008B2285">
              <w:rPr>
                <w:sz w:val="24"/>
                <w:szCs w:val="36"/>
              </w:rPr>
              <w:t>Podpis / žig:</w:t>
            </w:r>
            <w:r w:rsidRPr="008B2285">
              <w:rPr>
                <w:sz w:val="24"/>
                <w:szCs w:val="36"/>
              </w:rPr>
              <w:br/>
            </w:r>
            <w:r w:rsidRPr="008B2285">
              <w:rPr>
                <w:sz w:val="24"/>
                <w:szCs w:val="36"/>
              </w:rPr>
              <w:br/>
            </w:r>
            <w:r w:rsidRPr="008B2285">
              <w:rPr>
                <w:sz w:val="24"/>
                <w:szCs w:val="36"/>
              </w:rPr>
              <w:t>____________________________</w:t>
            </w:r>
          </w:p>
        </w:tc>
        <w:tc>
          <w:tcPr>
            <w:tcW w:w="4535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9AFD7C2" w14:textId="77777777" w:rsidR="00D2246C" w:rsidRPr="008B2285" w:rsidRDefault="00F34DE2">
            <w:pPr>
              <w:jc w:val="center"/>
              <w:rPr>
                <w:sz w:val="24"/>
                <w:szCs w:val="36"/>
              </w:rPr>
            </w:pPr>
            <w:r w:rsidRPr="008B2285">
              <w:rPr>
                <w:sz w:val="24"/>
                <w:szCs w:val="36"/>
              </w:rPr>
              <w:t>Podpis / žig:</w:t>
            </w:r>
            <w:r w:rsidRPr="008B2285">
              <w:rPr>
                <w:sz w:val="24"/>
                <w:szCs w:val="36"/>
              </w:rPr>
              <w:br/>
            </w:r>
            <w:r w:rsidRPr="008B2285">
              <w:rPr>
                <w:sz w:val="24"/>
                <w:szCs w:val="36"/>
              </w:rPr>
              <w:br/>
              <w:t>____________________________</w:t>
            </w:r>
          </w:p>
        </w:tc>
      </w:tr>
    </w:tbl>
    <w:p w14:paraId="129EB71A" w14:textId="77777777" w:rsidR="008B2285" w:rsidRDefault="008B2285">
      <w:pPr>
        <w:jc w:val="center"/>
        <w:rPr>
          <w:color w:val="666666"/>
          <w:sz w:val="20"/>
          <w:szCs w:val="28"/>
        </w:rPr>
      </w:pPr>
    </w:p>
    <w:p w14:paraId="3AED7D01" w14:textId="77777777" w:rsidR="008B2285" w:rsidRDefault="008B2285">
      <w:pPr>
        <w:jc w:val="center"/>
        <w:rPr>
          <w:color w:val="666666"/>
          <w:sz w:val="20"/>
          <w:szCs w:val="28"/>
        </w:rPr>
      </w:pPr>
    </w:p>
    <w:p w14:paraId="367FE4BD" w14:textId="77777777" w:rsidR="008B2285" w:rsidRDefault="008B2285">
      <w:pPr>
        <w:jc w:val="center"/>
        <w:rPr>
          <w:color w:val="666666"/>
          <w:sz w:val="20"/>
          <w:szCs w:val="28"/>
        </w:rPr>
      </w:pPr>
    </w:p>
    <w:p w14:paraId="688BB276" w14:textId="77777777" w:rsidR="008B2285" w:rsidRDefault="008B2285">
      <w:pPr>
        <w:jc w:val="center"/>
        <w:rPr>
          <w:color w:val="666666"/>
          <w:sz w:val="20"/>
          <w:szCs w:val="28"/>
        </w:rPr>
      </w:pPr>
    </w:p>
    <w:p w14:paraId="06FD7399" w14:textId="77777777" w:rsidR="008B2285" w:rsidRDefault="008B2285">
      <w:pPr>
        <w:jc w:val="center"/>
        <w:rPr>
          <w:color w:val="666666"/>
          <w:sz w:val="20"/>
          <w:szCs w:val="28"/>
        </w:rPr>
      </w:pPr>
    </w:p>
    <w:p w14:paraId="283D1F97" w14:textId="77777777" w:rsidR="008B2285" w:rsidRDefault="008B2285">
      <w:pPr>
        <w:jc w:val="center"/>
        <w:rPr>
          <w:color w:val="666666"/>
          <w:sz w:val="20"/>
          <w:szCs w:val="28"/>
        </w:rPr>
      </w:pPr>
    </w:p>
    <w:p w14:paraId="105851C2" w14:textId="77777777" w:rsidR="008B2285" w:rsidRDefault="008B2285">
      <w:pPr>
        <w:jc w:val="center"/>
        <w:rPr>
          <w:color w:val="666666"/>
          <w:sz w:val="20"/>
          <w:szCs w:val="28"/>
        </w:rPr>
      </w:pPr>
    </w:p>
    <w:p w14:paraId="26083D92" w14:textId="77777777" w:rsidR="008B2285" w:rsidRDefault="008B2285">
      <w:pPr>
        <w:jc w:val="center"/>
        <w:rPr>
          <w:color w:val="666666"/>
          <w:sz w:val="20"/>
          <w:szCs w:val="28"/>
        </w:rPr>
      </w:pPr>
    </w:p>
    <w:p w14:paraId="7F842B55" w14:textId="27453B7F" w:rsidR="00D2246C" w:rsidRDefault="00F34DE2">
      <w:pPr>
        <w:jc w:val="center"/>
      </w:pPr>
      <w:r w:rsidRPr="008B2285">
        <w:rPr>
          <w:color w:val="666666"/>
          <w:sz w:val="20"/>
          <w:szCs w:val="28"/>
        </w:rPr>
        <w:t>Kontakt: info@irz-celje.s</w:t>
      </w:r>
      <w:r>
        <w:rPr>
          <w:color w:val="666666"/>
        </w:rPr>
        <w:t>i | 031 019 202 | www.irz-celje.si</w:t>
      </w:r>
    </w:p>
    <w:sectPr w:rsidR="00D2246C" w:rsidSect="00034616">
      <w:pgSz w:w="12240" w:h="15840"/>
      <w:pgMar w:top="624" w:right="765" w:bottom="567" w:left="7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tevile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tevile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znaenseznam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znaenseznam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tevile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5757036">
    <w:abstractNumId w:val="8"/>
  </w:num>
  <w:num w:numId="2" w16cid:durableId="1494837169">
    <w:abstractNumId w:val="6"/>
  </w:num>
  <w:num w:numId="3" w16cid:durableId="1726877334">
    <w:abstractNumId w:val="5"/>
  </w:num>
  <w:num w:numId="4" w16cid:durableId="853034223">
    <w:abstractNumId w:val="4"/>
  </w:num>
  <w:num w:numId="5" w16cid:durableId="1411318265">
    <w:abstractNumId w:val="7"/>
  </w:num>
  <w:num w:numId="6" w16cid:durableId="1558590085">
    <w:abstractNumId w:val="3"/>
  </w:num>
  <w:num w:numId="7" w16cid:durableId="1987588686">
    <w:abstractNumId w:val="2"/>
  </w:num>
  <w:num w:numId="8" w16cid:durableId="219366379">
    <w:abstractNumId w:val="1"/>
  </w:num>
  <w:num w:numId="9" w16cid:durableId="6615492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6019C"/>
    <w:rsid w:val="008B2285"/>
    <w:rsid w:val="00AA1D8D"/>
    <w:rsid w:val="00B47730"/>
    <w:rsid w:val="00CB0664"/>
    <w:rsid w:val="00D2246C"/>
    <w:rsid w:val="00F34DE2"/>
    <w:rsid w:val="00FC693F"/>
    <w:rsid w:val="00FE1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4D5280"/>
  <w14:defaultImageDpi w14:val="300"/>
  <w15:docId w15:val="{0E442432-2D27-423C-B100-EA4C19DD1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C693F"/>
    <w:pPr>
      <w:spacing w:after="40" w:line="240" w:lineRule="auto"/>
    </w:pPr>
    <w:rPr>
      <w:rFonts w:ascii="Arial" w:hAnsi="Arial"/>
      <w:sz w:val="17"/>
    </w:rPr>
  </w:style>
  <w:style w:type="paragraph" w:styleId="Naslov1">
    <w:name w:val="heading 1"/>
    <w:basedOn w:val="Navaden"/>
    <w:next w:val="Navaden"/>
    <w:link w:val="Naslov1Znak"/>
    <w:uiPriority w:val="9"/>
    <w:qFormat/>
    <w:rsid w:val="00FC693F"/>
    <w:pPr>
      <w:keepNext/>
      <w:keepLines/>
      <w:spacing w:before="80" w:after="30"/>
      <w:outlineLvl w:val="0"/>
    </w:pPr>
    <w:rPr>
      <w:rFonts w:asciiTheme="majorHAnsi" w:eastAsiaTheme="majorEastAsia" w:hAnsiTheme="majorHAnsi" w:cstheme="majorBidi"/>
      <w:b/>
      <w:bCs/>
      <w:color w:val="0B4A8B"/>
      <w:sz w:val="21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B4A8B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GlavaZnak">
    <w:name w:val="Glava Znak"/>
    <w:basedOn w:val="Privzetapisavaodstavka"/>
    <w:link w:val="Glava"/>
    <w:uiPriority w:val="99"/>
    <w:rsid w:val="00E618BF"/>
  </w:style>
  <w:style w:type="paragraph" w:styleId="Noga">
    <w:name w:val="footer"/>
    <w:basedOn w:val="Navaden"/>
    <w:link w:val="Noga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NogaZnak">
    <w:name w:val="Noga Znak"/>
    <w:basedOn w:val="Privzetapisavaodstavka"/>
    <w:link w:val="Noga"/>
    <w:uiPriority w:val="99"/>
    <w:rsid w:val="00E618BF"/>
  </w:style>
  <w:style w:type="paragraph" w:styleId="Brezrazmikov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Znak">
    <w:name w:val="Naslov 1 Znak"/>
    <w:basedOn w:val="Privzetapisavaodstav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avaden"/>
    <w:next w:val="Navaden"/>
    <w:link w:val="Naslov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0B4A8B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Znak">
    <w:name w:val="Podnaslov Znak"/>
    <w:basedOn w:val="Privzetapisavaodstav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FC693F"/>
    <w:pPr>
      <w:ind w:left="720"/>
      <w:contextualSpacing/>
    </w:pPr>
  </w:style>
  <w:style w:type="paragraph" w:styleId="Telobesedila">
    <w:name w:val="Body Text"/>
    <w:basedOn w:val="Navaden"/>
    <w:link w:val="TelobesedilaZnak"/>
    <w:uiPriority w:val="99"/>
    <w:unhideWhenUsed/>
    <w:rsid w:val="00AA1D8D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rsid w:val="00AA1D8D"/>
  </w:style>
  <w:style w:type="paragraph" w:styleId="Telobesedila2">
    <w:name w:val="Body Text 2"/>
    <w:basedOn w:val="Navaden"/>
    <w:link w:val="Telobesedila2Znak"/>
    <w:uiPriority w:val="99"/>
    <w:unhideWhenUsed/>
    <w:rsid w:val="00AA1D8D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AA1D8D"/>
  </w:style>
  <w:style w:type="paragraph" w:styleId="Telobesedila3">
    <w:name w:val="Body Text 3"/>
    <w:basedOn w:val="Navaden"/>
    <w:link w:val="Telobesedila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rsid w:val="00AA1D8D"/>
    <w:rPr>
      <w:sz w:val="16"/>
      <w:szCs w:val="16"/>
    </w:rPr>
  </w:style>
  <w:style w:type="paragraph" w:styleId="Seznam">
    <w:name w:val="List"/>
    <w:basedOn w:val="Navade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avade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avaden"/>
    <w:uiPriority w:val="99"/>
    <w:unhideWhenUsed/>
    <w:rsid w:val="00326F90"/>
    <w:pPr>
      <w:ind w:left="1080" w:hanging="360"/>
      <w:contextualSpacing/>
    </w:pPr>
  </w:style>
  <w:style w:type="paragraph" w:styleId="Oznaenseznam">
    <w:name w:val="List Bullet"/>
    <w:basedOn w:val="Navaden"/>
    <w:uiPriority w:val="99"/>
    <w:unhideWhenUsed/>
    <w:rsid w:val="00326F90"/>
    <w:pPr>
      <w:numPr>
        <w:numId w:val="1"/>
      </w:numPr>
      <w:contextualSpacing/>
    </w:pPr>
  </w:style>
  <w:style w:type="paragraph" w:styleId="Oznaenseznam2">
    <w:name w:val="List Bullet 2"/>
    <w:basedOn w:val="Navaden"/>
    <w:uiPriority w:val="99"/>
    <w:unhideWhenUsed/>
    <w:rsid w:val="00326F90"/>
    <w:pPr>
      <w:numPr>
        <w:numId w:val="2"/>
      </w:numPr>
      <w:contextualSpacing/>
    </w:pPr>
  </w:style>
  <w:style w:type="paragraph" w:styleId="Oznaenseznam3">
    <w:name w:val="List Bullet 3"/>
    <w:basedOn w:val="Navaden"/>
    <w:uiPriority w:val="99"/>
    <w:unhideWhenUsed/>
    <w:rsid w:val="00326F90"/>
    <w:pPr>
      <w:numPr>
        <w:numId w:val="3"/>
      </w:numPr>
      <w:contextualSpacing/>
    </w:pPr>
  </w:style>
  <w:style w:type="paragraph" w:styleId="Otevilenseznam">
    <w:name w:val="List Number"/>
    <w:basedOn w:val="Navaden"/>
    <w:uiPriority w:val="99"/>
    <w:unhideWhenUsed/>
    <w:rsid w:val="00326F90"/>
    <w:pPr>
      <w:numPr>
        <w:numId w:val="5"/>
      </w:numPr>
      <w:contextualSpacing/>
    </w:pPr>
  </w:style>
  <w:style w:type="paragraph" w:styleId="Otevilenseznam2">
    <w:name w:val="List Number 2"/>
    <w:basedOn w:val="Navaden"/>
    <w:uiPriority w:val="99"/>
    <w:unhideWhenUsed/>
    <w:rsid w:val="0029639D"/>
    <w:pPr>
      <w:numPr>
        <w:numId w:val="6"/>
      </w:numPr>
      <w:contextualSpacing/>
    </w:pPr>
  </w:style>
  <w:style w:type="paragraph" w:styleId="Otevilenseznam3">
    <w:name w:val="List Number 3"/>
    <w:basedOn w:val="Navaden"/>
    <w:uiPriority w:val="99"/>
    <w:unhideWhenUsed/>
    <w:rsid w:val="0029639D"/>
    <w:pPr>
      <w:numPr>
        <w:numId w:val="7"/>
      </w:numPr>
      <w:contextualSpacing/>
    </w:pPr>
  </w:style>
  <w:style w:type="paragraph" w:styleId="Seznam-nadaljevanje">
    <w:name w:val="List Continue"/>
    <w:basedOn w:val="Navaden"/>
    <w:uiPriority w:val="99"/>
    <w:unhideWhenUsed/>
    <w:rsid w:val="0029639D"/>
    <w:pPr>
      <w:spacing w:after="120"/>
      <w:ind w:left="360"/>
      <w:contextualSpacing/>
    </w:pPr>
  </w:style>
  <w:style w:type="paragraph" w:styleId="Seznam-nadaljevanje2">
    <w:name w:val="List Continue 2"/>
    <w:basedOn w:val="Navaden"/>
    <w:uiPriority w:val="99"/>
    <w:unhideWhenUsed/>
    <w:rsid w:val="0029639D"/>
    <w:pPr>
      <w:spacing w:after="120"/>
      <w:ind w:left="720"/>
      <w:contextualSpacing/>
    </w:pPr>
  </w:style>
  <w:style w:type="paragraph" w:styleId="Seznam-nadaljevanje3">
    <w:name w:val="List Continue 3"/>
    <w:basedOn w:val="Navaden"/>
    <w:uiPriority w:val="99"/>
    <w:unhideWhenUsed/>
    <w:rsid w:val="0029639D"/>
    <w:pPr>
      <w:spacing w:after="120"/>
      <w:ind w:left="1080"/>
      <w:contextualSpacing/>
    </w:pPr>
  </w:style>
  <w:style w:type="paragraph" w:styleId="Makrobesedilo">
    <w:name w:val="macro"/>
    <w:link w:val="Makrobesedilo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besediloZnak">
    <w:name w:val="Makro besedilo Znak"/>
    <w:basedOn w:val="Privzetapisavaodstavka"/>
    <w:link w:val="Makrobesedilo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avaden"/>
    <w:next w:val="Navaden"/>
    <w:link w:val="CitatZnak"/>
    <w:uiPriority w:val="29"/>
    <w:qFormat/>
    <w:rsid w:val="00FC693F"/>
    <w:rPr>
      <w:i/>
      <w:iCs/>
      <w:color w:val="000000" w:themeColor="text1"/>
    </w:rPr>
  </w:style>
  <w:style w:type="character" w:customStyle="1" w:styleId="CitatZnak">
    <w:name w:val="Citat Znak"/>
    <w:basedOn w:val="Privzetapisavaodstav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Krepko">
    <w:name w:val="Strong"/>
    <w:basedOn w:val="Privzetapisavaodstavka"/>
    <w:uiPriority w:val="22"/>
    <w:qFormat/>
    <w:rsid w:val="00FC693F"/>
    <w:rPr>
      <w:b/>
      <w:bCs/>
    </w:rPr>
  </w:style>
  <w:style w:type="character" w:styleId="Poudarek">
    <w:name w:val="Emphasis"/>
    <w:basedOn w:val="Privzetapisavaodstavka"/>
    <w:uiPriority w:val="20"/>
    <w:qFormat/>
    <w:rsid w:val="00FC693F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C693F"/>
    <w:rPr>
      <w:b/>
      <w:bCs/>
      <w:i/>
      <w:iCs/>
      <w:color w:val="4F81BD" w:themeColor="accent1"/>
    </w:rPr>
  </w:style>
  <w:style w:type="character" w:styleId="Neenpoudarek">
    <w:name w:val="Subtle Emphasis"/>
    <w:basedOn w:val="Privzetapisavaodstavka"/>
    <w:uiPriority w:val="19"/>
    <w:qFormat/>
    <w:rsid w:val="00FC693F"/>
    <w:rPr>
      <w:i/>
      <w:iCs/>
      <w:color w:val="808080" w:themeColor="text1" w:themeTint="7F"/>
    </w:rPr>
  </w:style>
  <w:style w:type="character" w:styleId="Intenzivenpoudarek">
    <w:name w:val="Intense Emphasis"/>
    <w:basedOn w:val="Privzetapisavaodstavka"/>
    <w:uiPriority w:val="21"/>
    <w:qFormat/>
    <w:rsid w:val="00FC693F"/>
    <w:rPr>
      <w:b/>
      <w:bCs/>
      <w:i/>
      <w:iCs/>
      <w:color w:val="4F81BD" w:themeColor="accent1"/>
    </w:rPr>
  </w:style>
  <w:style w:type="character" w:styleId="Neensklic">
    <w:name w:val="Subtle Reference"/>
    <w:basedOn w:val="Privzetapisavaodstavka"/>
    <w:uiPriority w:val="31"/>
    <w:qFormat/>
    <w:rsid w:val="00FC693F"/>
    <w:rPr>
      <w:smallCaps/>
      <w:color w:val="C0504D" w:themeColor="accent2"/>
      <w:u w:val="single"/>
    </w:rPr>
  </w:style>
  <w:style w:type="character" w:styleId="Intenzivensklic">
    <w:name w:val="Intense Reference"/>
    <w:basedOn w:val="Privzetapisavaodstav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Privzetapisavaodstavka"/>
    <w:uiPriority w:val="33"/>
    <w:qFormat/>
    <w:rsid w:val="00FC693F"/>
    <w:rPr>
      <w:b/>
      <w:b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FC693F"/>
    <w:pPr>
      <w:outlineLvl w:val="9"/>
    </w:pPr>
  </w:style>
  <w:style w:type="table" w:styleId="Tabelamrea">
    <w:name w:val="Table Grid"/>
    <w:basedOn w:val="Navadnatabe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osenenje">
    <w:name w:val="Light Shading"/>
    <w:basedOn w:val="Navadnatabe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osenenjepoudarek1">
    <w:name w:val="Light Shading Accent 1"/>
    <w:basedOn w:val="Navadnatabe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osenenjepoudarek2">
    <w:name w:val="Light Shading Accent 2"/>
    <w:basedOn w:val="Navadnatabe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osenenjepoudarek3">
    <w:name w:val="Light Shading Accent 3"/>
    <w:basedOn w:val="Navadnatabe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osenenjepoudarek4">
    <w:name w:val="Light Shading Accent 4"/>
    <w:basedOn w:val="Navadnatabe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osenenjepoudarek5">
    <w:name w:val="Light Shading Accent 5"/>
    <w:basedOn w:val="Navadnatabe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osenenjepoudarek6">
    <w:name w:val="Light Shading Accent 6"/>
    <w:basedOn w:val="Navadnatabe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elseznam">
    <w:name w:val="Light List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elseznampoudarek1">
    <w:name w:val="Light List Accent 1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elseznampoudarek2">
    <w:name w:val="Light List Accent 2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elseznampoudarek3">
    <w:name w:val="Light List Accent 3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elseznampoudarek4">
    <w:name w:val="Light List Accent 4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elseznampoudarek5">
    <w:name w:val="Light List Accent 5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elseznampoudarek6">
    <w:name w:val="Light List Accent 6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amrea">
    <w:name w:val="Light Grid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amreapoudarek1">
    <w:name w:val="Light Grid Accent 1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amreapoudarek2">
    <w:name w:val="Light Grid Accent 2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amreapoudarek3">
    <w:name w:val="Light Grid Accent 3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amreapoudarek4">
    <w:name w:val="Light Grid Accent 4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amreapoudarek5">
    <w:name w:val="Light Grid Accent 5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amreapoudarek6">
    <w:name w:val="Light Grid Accent 6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enenje1">
    <w:name w:val="Medium Shading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1">
    <w:name w:val="Medium Shading 1 Accent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2">
    <w:name w:val="Medium Shading 1 Accent 2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3">
    <w:name w:val="Medium Shading 1 Accent 3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4">
    <w:name w:val="Medium Shading 1 Accent 4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5">
    <w:name w:val="Medium Shading 1 Accent 5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6">
    <w:name w:val="Medium Shading 1 Accent 6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2">
    <w:name w:val="Medium Shading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1">
    <w:name w:val="Medium Shading 2 Accent 1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2">
    <w:name w:val="Medium Shading 2 Accent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3">
    <w:name w:val="Medium Shading 2 Accent 3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4">
    <w:name w:val="Medium Shading 2 Accent 4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5">
    <w:name w:val="Medium Shading 2 Accent 5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6">
    <w:name w:val="Medium Shading 2 Accent 6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seznam1">
    <w:name w:val="Medium Lis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seznam1poudarek1">
    <w:name w:val="Medium List 1 Accen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seznam1poudarek2">
    <w:name w:val="Medium List 1 Accent 2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seznam1poudarek3">
    <w:name w:val="Medium List 1 Accent 3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seznam1poudarek4">
    <w:name w:val="Medium List 1 Accent 4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seznam1poudarek5">
    <w:name w:val="Medium List 1 Accent 5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seznam1poudarek6">
    <w:name w:val="Medium List 1 Accent 6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seznam2">
    <w:name w:val="Medium Lis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1">
    <w:name w:val="Medium List 2 Accent 1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2">
    <w:name w:val="Medium List 2 Accen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3">
    <w:name w:val="Medium List 2 Accent 3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4">
    <w:name w:val="Medium List 2 Accent 4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5">
    <w:name w:val="Medium List 2 Accent 5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6">
    <w:name w:val="Medium List 2 Accent 6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mrea1">
    <w:name w:val="Medium Grid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mrea1poudarek1">
    <w:name w:val="Medium Grid 1 Accent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mrea1poudarek2">
    <w:name w:val="Medium Grid 1 Accent 2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mrea1poudarek3">
    <w:name w:val="Medium Grid 1 Accent 3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mrea1poudarek4">
    <w:name w:val="Medium Grid 1 Accent 4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mrea1poudarek5">
    <w:name w:val="Medium Grid 1 Accent 5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mrea1poudarek6">
    <w:name w:val="Medium Grid 1 Accent 6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mrea2">
    <w:name w:val="Medium Grid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1">
    <w:name w:val="Medium Grid 2 Accent 1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2">
    <w:name w:val="Medium Grid 2 Accent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3">
    <w:name w:val="Medium Grid 2 Accent 3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4">
    <w:name w:val="Medium Grid 2 Accent 4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5">
    <w:name w:val="Medium Grid 2 Accent 5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6">
    <w:name w:val="Medium Grid 2 Accent 6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3">
    <w:name w:val="Medium Grid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mrea3poudarek1">
    <w:name w:val="Medium Grid 3 Accent 1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mrea3poudarek2">
    <w:name w:val="Medium Grid 3 Accent 2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mrea3poudarek3">
    <w:name w:val="Medium Grid 3 Accent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mrea3poudarek4">
    <w:name w:val="Medium Grid 3 Accent 4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mrea3poudarek5">
    <w:name w:val="Medium Grid 3 Accent 5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mrea3poudarek6">
    <w:name w:val="Medium Grid 3 Accent 6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emenseznam">
    <w:name w:val="Dark List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emenseznampoudarek1">
    <w:name w:val="Dark List Accent 1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emenseznampoudarek2">
    <w:name w:val="Dark List Accent 2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emenseznampoudarek3">
    <w:name w:val="Dark List Accent 3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emenseznampoudarek4">
    <w:name w:val="Dark List Accent 4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emenseznampoudarek5">
    <w:name w:val="Dark List Accent 5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emenseznampoudarek6">
    <w:name w:val="Dark List Accent 6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vnosenenje">
    <w:name w:val="Colorful Shading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1">
    <w:name w:val="Colorful Shading Accent 1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2">
    <w:name w:val="Colorful Shading Accent 2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3">
    <w:name w:val="Colorful Shading Accent 3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osenenjepoudarek4">
    <w:name w:val="Colorful Shading Accent 4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5">
    <w:name w:val="Colorful Shading Accent 5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6">
    <w:name w:val="Colorful Shading Accent 6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iseznam">
    <w:name w:val="Colorful List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vniseznampoudarek1">
    <w:name w:val="Colorful List Accent 1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vniseznampoudarek2">
    <w:name w:val="Colorful List Accent 2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venseznampoudarek3">
    <w:name w:val="Colorful List Accent 3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vniseznampoudarek4">
    <w:name w:val="Colorful List Accent 4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vniseznampoudarek5">
    <w:name w:val="Colorful List Accent 5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vniseznampoudarek6">
    <w:name w:val="Colorful List Accent 6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vnamrea">
    <w:name w:val="Colorful Grid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vnamreapoudarek1">
    <w:name w:val="Colorful Grid Accent 1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vnamreapoudarek2">
    <w:name w:val="Colorful Grid Accent 2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vnamreapoudarek3">
    <w:name w:val="Colorful Grid Accent 3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amreapoudarek4">
    <w:name w:val="Colorful Grid Accent 4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vnamreapoudarek5">
    <w:name w:val="Colorful Grid Accent 5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vnamreapoudarek6">
    <w:name w:val="Colorful Grid Accent 6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Robert Jurović</cp:lastModifiedBy>
  <cp:revision>2</cp:revision>
  <dcterms:created xsi:type="dcterms:W3CDTF">2026-09-15T16:41:00Z</dcterms:created>
  <dcterms:modified xsi:type="dcterms:W3CDTF">2026-09-15T16:41:00Z</dcterms:modified>
  <cp:category/>
</cp:coreProperties>
</file>